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ДОГОВОР № ____</w:t>
        <w:br/>
        <w:t>г. Новосибирск                                                                 «__» ______ 202_ г.</w:t>
        <w:br/>
        <w:t>________________________________ именуемый(ая) в дальнейшем «ПОКУПАТЕЛЬ», с одной стороны, и ООО «Спектр-НСК» в лице директора Игуменова Вячеслава Викторовича, действующего на основании Устава, именуемый в дальнейшем «ПРОДАВЕЦ», с другой стороны, заключили настоящий договор о нижеследующем.</w:t>
      </w:r>
    </w:p>
    <w:p>
      <w:r>
        <w:t>ПРЕДМЕТ ДОГОВОРА</w:t>
        <w:br/>
        <w:t>«ПРОДАВЕЦ» передаёт в собственность «ПОКУПАТЕЛЮ» мини-баню ___ × ___ м из имитации бруса с установкой печи с топочным отверстием со стороны комнаты отдыха. Пол в парилке-мойке — половая рейка, со сливом типа «трапик», выводом трубы за периметр бани и копкой ямы; в комнате отдыха — строганая доска 25 мм. Стены парной отделаны вагонкой из осины; утепление стен и потолка — вспененный отражатель толщиной 3 мм. Стены комнаты отдыха — вагонка из сосны или осины. Печь «Горностай», бак для воды из нержавеющей стали объёмом 50 л. Два деревянных окна (одно открывающееся, одно глухое), полок в парилке — сосна. Крыша — профнастил, цвет RAL ______. Блочные опоры — ___ шт.</w:t>
      </w:r>
    </w:p>
    <w:p>
      <w:r>
        <w:t>ЦЕНА И СУММА ДОГОВОРА</w:t>
        <w:br/>
        <w:t>Стоимость товара составляет __________ (________________________________) рублей.</w:t>
        <w:br/>
        <w:t>2.1. Готовность и установка: до «___» __________ 202_ г.</w:t>
        <w:br/>
        <w:t>2.2. Доставка оплачивается отдельно: __________ (______________________) рублей.</w:t>
        <w:br/>
        <w:t>Место установки / СНТ: __________________________________________________</w:t>
      </w:r>
    </w:p>
    <w:p>
      <w:r>
        <w:t>ПОРЯДОК РАСЧЁТОВ</w:t>
        <w:br/>
        <w:t>3.1. При заключении договора покупатель вносит предоплату ______ (________________) рублей.</w:t>
        <w:br/>
        <w:t>3.2. При получении товара покупатель оплачивает остаток __________ (________________________) рублей.</w:t>
      </w:r>
    </w:p>
    <w:p>
      <w:r>
        <w:t>ПРАВА И ОБЯЗАННОСТИ СТОРОН</w:t>
        <w:br/>
        <w:t>4.1. Продавец обязуется передать товар в согласованной комплектации и надлежащего качества. Стоимость материалов и монтажа не изменяется в одностороннем порядке; изменения оформляются по соглашению сторон.</w:t>
        <w:br/>
        <w:t>4.2. Пиломатериал строительный хвойных пород, без антисептирования; обрезной 1–2 сорта, необрезной 2–3 сорта, естественной влажности, ГОСТ 8486-86.</w:t>
        <w:br/>
        <w:t>4.3. Покупатель принимает товар надлежащего качества и в согласованной комплектации.</w:t>
      </w:r>
    </w:p>
    <w:p>
      <w:r>
        <w:t>ОТВЕТСТВЕННОСТЬ СТОРОН</w:t>
        <w:br/>
        <w:t>Стороны несут ответственность за неисполнение или ненадлежащее исполнение обязательств в соответствии с законодательством Российской Федерации.</w:t>
      </w:r>
    </w:p>
    <w:p>
      <w:r>
        <w:t>ДОПОЛНИТЕЛЬНЫЕ УСЛОВИЯ</w:t>
        <w:br/>
        <w:t>По согласованию с покупателем продавец может предоставить место на складе для временного хранения товара, оплаченного на 100%, сроком не более пяти суток после исполнения договора.</w:t>
        <w:br/>
        <w:t>Договор вступает в силу с момента подписания, составлен в двух экземплярах равной юридической силы. Изменения и дополнения оформляются письменно и утверждаются сторонами. Споры разрешаются переговорами или в судебном порядке.</w:t>
      </w:r>
    </w:p>
    <w:p>
      <w:r>
        <w:t>РЕКВИЗИТЫ И ПОДПИСИ СТОРОН</w:t>
        <w:br/>
        <w:t>ПРОДАВЕЦ: ООО «Спектр-НСК»                 ПОКУПАТЕЛЬ: ______________________</w:t>
        <w:br/>
        <w:t>Адрес: 630041, Новосибирск, ул. Хинганская, 1-4</w:t>
        <w:br/>
        <w:t>ИНН/КПП 5404033297/540401001</w:t>
        <w:br/>
        <w:t>ОГРН 1165476092176</w:t>
      </w:r>
    </w:p>
    <w:p>
      <w:r>
        <w:t>Ф.И.О. покупателя: ____________________________ Телефон: __________________</w:t>
        <w:br/>
        <w:t>Подпись продавца: _____________________________ Подпись покупателя: 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